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C7ADD" w:rsidRDefault="00000000">
      <w:pPr>
        <w:pStyle w:val="Title"/>
      </w:pPr>
      <w:r>
        <w:t>Healthcare Ethical &amp; Legal Scenario Cards</w:t>
      </w:r>
    </w:p>
    <w:p w:rsidR="003C7ADD" w:rsidRDefault="00000000">
      <w:pPr>
        <w:pStyle w:val="Heading1"/>
      </w:pPr>
      <w:r>
        <w:t>McDonald’s Coffee Lawsuit</w:t>
      </w:r>
    </w:p>
    <w:p w:rsidR="003C7ADD" w:rsidRDefault="00000000">
      <w:r>
        <w:t>A woman was burned by hot coffee. Was McDonald’s ethically responsible to warn her? Was it legally responsible?</w:t>
      </w:r>
    </w:p>
    <w:p w:rsidR="003C7ADD" w:rsidRDefault="00000000">
      <w:r>
        <w:t>Discussion Questions:</w:t>
      </w:r>
      <w:r>
        <w:br/>
        <w:t>- Is this an ethical issue, a legal issue, or both?</w:t>
      </w:r>
      <w:r>
        <w:br/>
        <w:t>- What would you decide?</w:t>
      </w:r>
    </w:p>
    <w:p w:rsidR="003C7ADD" w:rsidRDefault="00000000">
      <w:pPr>
        <w:pStyle w:val="Heading1"/>
      </w:pPr>
      <w:r>
        <w:t>Assisted Dying / Hospice (Kevorkian)</w:t>
      </w:r>
    </w:p>
    <w:p w:rsidR="003C7ADD" w:rsidRDefault="00000000">
      <w:r>
        <w:t>A terminally ill patient asks a doctor to help end their life. Family is divided. What should the doctor do ethically and legally?</w:t>
      </w:r>
    </w:p>
    <w:p w:rsidR="003C7ADD" w:rsidRDefault="00000000">
      <w:r>
        <w:t>Discussion Questions:</w:t>
      </w:r>
      <w:r>
        <w:br/>
        <w:t>- Is this an ethical issue, a legal issue, or both?</w:t>
      </w:r>
      <w:r>
        <w:br/>
        <w:t>- What would you decide?</w:t>
      </w:r>
    </w:p>
    <w:p w:rsidR="003C7ADD" w:rsidRDefault="00000000">
      <w:pPr>
        <w:pStyle w:val="Heading1"/>
      </w:pPr>
      <w:r>
        <w:t>Religious Bracelet / DNR</w:t>
      </w:r>
    </w:p>
    <w:p w:rsidR="003C7ADD" w:rsidRDefault="00000000">
      <w:r>
        <w:t>An elderly patient wears a bracelet saying 'Do Not Resuscitate.' They collapse. Family demands resuscitation. No written directive exists.</w:t>
      </w:r>
    </w:p>
    <w:p w:rsidR="003C7ADD" w:rsidRDefault="00000000">
      <w:r>
        <w:t>Discussion Questions:</w:t>
      </w:r>
      <w:r>
        <w:br/>
        <w:t>- Is this an ethical issue, a legal issue, or both?</w:t>
      </w:r>
      <w:r>
        <w:br/>
        <w:t>- What would you decide?</w:t>
      </w:r>
    </w:p>
    <w:p w:rsidR="003C7ADD" w:rsidRDefault="00000000">
      <w:pPr>
        <w:pStyle w:val="Heading1"/>
      </w:pPr>
      <w:r>
        <w:t>Informed Consent / Malpractice</w:t>
      </w:r>
    </w:p>
    <w:p w:rsidR="003C7ADD" w:rsidRDefault="00000000">
      <w:r>
        <w:t>A doctor fails to explain surgery risks. Patient suffers a complication and sues. How do ethics and law apply?</w:t>
      </w:r>
    </w:p>
    <w:p w:rsidR="003C7ADD" w:rsidRDefault="00000000">
      <w:r>
        <w:t>Discussion Questions:</w:t>
      </w:r>
      <w:r>
        <w:br/>
        <w:t>- Is this an ethical issue, a legal issue, or both?</w:t>
      </w:r>
      <w:r>
        <w:br/>
        <w:t>- What would you decide?</w:t>
      </w:r>
    </w:p>
    <w:p w:rsidR="003C7ADD" w:rsidRDefault="00000000">
      <w:pPr>
        <w:pStyle w:val="Heading1"/>
      </w:pPr>
      <w:r>
        <w:lastRenderedPageBreak/>
        <w:t>Terri Schiavo Case</w:t>
      </w:r>
    </w:p>
    <w:p w:rsidR="003C7ADD" w:rsidRDefault="00000000">
      <w:r>
        <w:t>A woman is in a vegetative state. Husband wants life support removed; parents want to keep her alive. Who should decide? Ethical or legal responsibility?</w:t>
      </w:r>
    </w:p>
    <w:p w:rsidR="003C7ADD" w:rsidRDefault="00000000">
      <w:r>
        <w:t>Discussion Questions:</w:t>
      </w:r>
      <w:r>
        <w:br/>
        <w:t>- Is this an ethical issue, a legal issue, or both?</w:t>
      </w:r>
      <w:r>
        <w:br/>
        <w:t>- What would you decide?</w:t>
      </w:r>
    </w:p>
    <w:sectPr w:rsidR="003C7AD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2289741">
    <w:abstractNumId w:val="8"/>
  </w:num>
  <w:num w:numId="2" w16cid:durableId="389185455">
    <w:abstractNumId w:val="6"/>
  </w:num>
  <w:num w:numId="3" w16cid:durableId="1173759890">
    <w:abstractNumId w:val="5"/>
  </w:num>
  <w:num w:numId="4" w16cid:durableId="1737122634">
    <w:abstractNumId w:val="4"/>
  </w:num>
  <w:num w:numId="5" w16cid:durableId="33966591">
    <w:abstractNumId w:val="7"/>
  </w:num>
  <w:num w:numId="6" w16cid:durableId="83379537">
    <w:abstractNumId w:val="3"/>
  </w:num>
  <w:num w:numId="7" w16cid:durableId="334068795">
    <w:abstractNumId w:val="2"/>
  </w:num>
  <w:num w:numId="8" w16cid:durableId="1450389538">
    <w:abstractNumId w:val="1"/>
  </w:num>
  <w:num w:numId="9" w16cid:durableId="105658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C7ADD"/>
    <w:rsid w:val="0086434B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9C3E75"/>
  <w14:defaultImageDpi w14:val="300"/>
  <w15:docId w15:val="{03BC68FB-1346-774A-8FA4-4CA2914DB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entela ilirjani</cp:lastModifiedBy>
  <cp:revision>2</cp:revision>
  <dcterms:created xsi:type="dcterms:W3CDTF">2025-09-14T21:24:00Z</dcterms:created>
  <dcterms:modified xsi:type="dcterms:W3CDTF">2025-09-14T21:24:00Z</dcterms:modified>
  <cp:category/>
</cp:coreProperties>
</file>